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6ADF7" w14:textId="77777777" w:rsidR="00BB4F21" w:rsidRDefault="0002723F">
      <w:pPr>
        <w:pStyle w:val="a8"/>
        <w:spacing w:after="100"/>
        <w:jc w:val="center"/>
      </w:pPr>
      <w:r>
        <w:rPr>
          <w:b/>
          <w:sz w:val="40"/>
        </w:rPr>
        <w:t>입</w:t>
      </w:r>
      <w:r>
        <w:rPr>
          <w:b/>
          <w:sz w:val="40"/>
        </w:rPr>
        <w:t xml:space="preserve"> </w:t>
      </w:r>
      <w:r>
        <w:rPr>
          <w:b/>
          <w:sz w:val="40"/>
        </w:rPr>
        <w:t>사</w:t>
      </w:r>
      <w:r>
        <w:rPr>
          <w:b/>
          <w:sz w:val="40"/>
        </w:rPr>
        <w:t xml:space="preserve"> </w:t>
      </w:r>
      <w:r>
        <w:rPr>
          <w:b/>
          <w:sz w:val="40"/>
        </w:rPr>
        <w:t>지</w:t>
      </w:r>
      <w:r>
        <w:rPr>
          <w:b/>
          <w:sz w:val="40"/>
        </w:rPr>
        <w:t xml:space="preserve"> </w:t>
      </w:r>
      <w:r>
        <w:rPr>
          <w:b/>
          <w:sz w:val="40"/>
        </w:rPr>
        <w:t>원</w:t>
      </w:r>
      <w:r>
        <w:rPr>
          <w:b/>
          <w:sz w:val="40"/>
        </w:rPr>
        <w:t xml:space="preserve"> </w:t>
      </w:r>
      <w:r>
        <w:rPr>
          <w:b/>
          <w:sz w:val="40"/>
        </w:rPr>
        <w:t>서</w:t>
      </w:r>
    </w:p>
    <w:p w14:paraId="115CBE37" w14:textId="0E26F360" w:rsidR="00BB4F21" w:rsidRDefault="00BB4F21">
      <w:pPr>
        <w:spacing w:after="100"/>
        <w:jc w:val="right"/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757"/>
        <w:gridCol w:w="1361"/>
        <w:gridCol w:w="2835"/>
        <w:gridCol w:w="1134"/>
        <w:gridCol w:w="3679"/>
      </w:tblGrid>
      <w:tr w:rsidR="00BB4F21" w14:paraId="4AE2E00A" w14:textId="77777777">
        <w:trPr>
          <w:cantSplit/>
          <w:trHeight w:val="336"/>
          <w:jc w:val="center"/>
        </w:trPr>
        <w:tc>
          <w:tcPr>
            <w:tcW w:w="1757" w:type="dxa"/>
            <w:vMerge w:val="restart"/>
            <w:vAlign w:val="center"/>
          </w:tcPr>
          <w:p w14:paraId="2DFA0385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사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진</w:t>
            </w:r>
            <w:r>
              <w:rPr>
                <w:rFonts w:ascii="NanumGothic" w:hAnsi="NanumGothic"/>
              </w:rPr>
              <w:br/>
            </w:r>
            <w:r>
              <w:rPr>
                <w:rFonts w:ascii="NanumGothic" w:hAnsi="NanumGothic"/>
              </w:rPr>
              <w:br/>
              <w:t>(</w:t>
            </w:r>
            <w:r>
              <w:rPr>
                <w:rFonts w:ascii="NanumGothic" w:hAnsi="NanumGothic"/>
              </w:rPr>
              <w:t>증명사진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부착</w:t>
            </w:r>
            <w:r>
              <w:rPr>
                <w:rFonts w:ascii="NanumGothic" w:hAnsi="NanumGothic"/>
              </w:rPr>
              <w:t>)</w:t>
            </w:r>
          </w:p>
        </w:tc>
        <w:tc>
          <w:tcPr>
            <w:tcW w:w="1361" w:type="dxa"/>
            <w:shd w:val="clear" w:color="auto" w:fill="EDEDED"/>
            <w:vAlign w:val="center"/>
          </w:tcPr>
          <w:p w14:paraId="6B65E05A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성명</w:t>
            </w:r>
          </w:p>
        </w:tc>
        <w:tc>
          <w:tcPr>
            <w:tcW w:w="2835" w:type="dxa"/>
            <w:vAlign w:val="center"/>
          </w:tcPr>
          <w:p w14:paraId="3E5CD122" w14:textId="77777777" w:rsidR="00BB4F21" w:rsidRDefault="00BB4F21">
            <w:pPr>
              <w:jc w:val="center"/>
            </w:pPr>
          </w:p>
        </w:tc>
        <w:tc>
          <w:tcPr>
            <w:tcW w:w="1134" w:type="dxa"/>
            <w:shd w:val="clear" w:color="auto" w:fill="EDEDED"/>
            <w:vAlign w:val="center"/>
          </w:tcPr>
          <w:p w14:paraId="09CFE9A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전화</w:t>
            </w:r>
          </w:p>
        </w:tc>
        <w:tc>
          <w:tcPr>
            <w:tcW w:w="3679" w:type="dxa"/>
            <w:vAlign w:val="center"/>
          </w:tcPr>
          <w:p w14:paraId="08449A5F" w14:textId="77777777" w:rsidR="00BB4F21" w:rsidRDefault="00BB4F21">
            <w:pPr>
              <w:jc w:val="center"/>
            </w:pPr>
          </w:p>
        </w:tc>
      </w:tr>
      <w:tr w:rsidR="00BB4F21" w14:paraId="4980E008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7CB9BBF1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7C6C045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생년월일</w:t>
            </w:r>
          </w:p>
        </w:tc>
        <w:tc>
          <w:tcPr>
            <w:tcW w:w="2835" w:type="dxa"/>
            <w:vAlign w:val="center"/>
          </w:tcPr>
          <w:p w14:paraId="56F02858" w14:textId="77777777" w:rsidR="00BB4F21" w:rsidRDefault="00BB4F21">
            <w:pPr>
              <w:jc w:val="center"/>
            </w:pPr>
          </w:p>
        </w:tc>
        <w:tc>
          <w:tcPr>
            <w:tcW w:w="1134" w:type="dxa"/>
            <w:shd w:val="clear" w:color="auto" w:fill="EDEDED"/>
            <w:vAlign w:val="center"/>
          </w:tcPr>
          <w:p w14:paraId="56489999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휴대폰</w:t>
            </w:r>
          </w:p>
        </w:tc>
        <w:tc>
          <w:tcPr>
            <w:tcW w:w="3679" w:type="dxa"/>
            <w:vAlign w:val="center"/>
          </w:tcPr>
          <w:p w14:paraId="3A39766C" w14:textId="77777777" w:rsidR="00BB4F21" w:rsidRDefault="00BB4F21">
            <w:pPr>
              <w:jc w:val="center"/>
            </w:pPr>
          </w:p>
        </w:tc>
      </w:tr>
      <w:tr w:rsidR="00BB4F21" w14:paraId="05FC34AE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701F61BA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7EF52011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보훈대상</w:t>
            </w:r>
          </w:p>
        </w:tc>
        <w:tc>
          <w:tcPr>
            <w:tcW w:w="2835" w:type="dxa"/>
            <w:vAlign w:val="center"/>
          </w:tcPr>
          <w:p w14:paraId="1CDC23FD" w14:textId="77777777" w:rsidR="00BB4F21" w:rsidRDefault="00BB4F21">
            <w:pPr>
              <w:jc w:val="center"/>
            </w:pPr>
          </w:p>
        </w:tc>
        <w:tc>
          <w:tcPr>
            <w:tcW w:w="1134" w:type="dxa"/>
            <w:shd w:val="clear" w:color="auto" w:fill="EDEDED"/>
            <w:vAlign w:val="center"/>
          </w:tcPr>
          <w:p w14:paraId="445D657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Email</w:t>
            </w:r>
          </w:p>
        </w:tc>
        <w:tc>
          <w:tcPr>
            <w:tcW w:w="3679" w:type="dxa"/>
            <w:vAlign w:val="center"/>
          </w:tcPr>
          <w:p w14:paraId="4E0A8E26" w14:textId="77777777" w:rsidR="00BB4F21" w:rsidRDefault="00BB4F21">
            <w:pPr>
              <w:jc w:val="center"/>
            </w:pPr>
          </w:p>
        </w:tc>
      </w:tr>
      <w:tr w:rsidR="00BB4F21" w14:paraId="076AD922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377DA7C4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6A99D8A7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주민등록지</w:t>
            </w:r>
          </w:p>
        </w:tc>
        <w:tc>
          <w:tcPr>
            <w:tcW w:w="7648" w:type="dxa"/>
            <w:gridSpan w:val="3"/>
            <w:vAlign w:val="center"/>
          </w:tcPr>
          <w:p w14:paraId="2B195F54" w14:textId="77777777" w:rsidR="00BB4F21" w:rsidRDefault="00BB4F21">
            <w:pPr>
              <w:jc w:val="center"/>
            </w:pPr>
          </w:p>
        </w:tc>
      </w:tr>
      <w:tr w:rsidR="00BB4F21" w14:paraId="478825D8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2918A8FF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3218089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현거주지</w:t>
            </w:r>
          </w:p>
        </w:tc>
        <w:tc>
          <w:tcPr>
            <w:tcW w:w="7648" w:type="dxa"/>
            <w:gridSpan w:val="3"/>
            <w:vAlign w:val="center"/>
          </w:tcPr>
          <w:p w14:paraId="5F0E6D68" w14:textId="77777777" w:rsidR="00BB4F21" w:rsidRDefault="00BB4F21">
            <w:pPr>
              <w:jc w:val="center"/>
            </w:pPr>
          </w:p>
        </w:tc>
      </w:tr>
    </w:tbl>
    <w:p w14:paraId="05E243F9" w14:textId="77777777" w:rsidR="00BB4F21" w:rsidRDefault="0002723F">
      <w:pPr>
        <w:pStyle w:val="1"/>
        <w:spacing w:before="100" w:after="60"/>
      </w:pPr>
      <w:proofErr w:type="spellStart"/>
      <w:r>
        <w:rPr>
          <w:sz w:val="20"/>
        </w:rPr>
        <w:t>학력사항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502"/>
        <w:gridCol w:w="1531"/>
        <w:gridCol w:w="1984"/>
        <w:gridCol w:w="1984"/>
        <w:gridCol w:w="1106"/>
        <w:gridCol w:w="879"/>
        <w:gridCol w:w="709"/>
        <w:gridCol w:w="1071"/>
      </w:tblGrid>
      <w:tr w:rsidR="00BB4F21" w14:paraId="0C25D3B1" w14:textId="77777777">
        <w:trPr>
          <w:cantSplit/>
          <w:trHeight w:val="259"/>
          <w:jc w:val="center"/>
        </w:trPr>
        <w:tc>
          <w:tcPr>
            <w:tcW w:w="1502" w:type="dxa"/>
            <w:shd w:val="clear" w:color="auto" w:fill="EDEDED"/>
            <w:vAlign w:val="center"/>
          </w:tcPr>
          <w:p w14:paraId="54564AF9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531" w:type="dxa"/>
            <w:shd w:val="clear" w:color="auto" w:fill="EDEDED"/>
            <w:vAlign w:val="center"/>
          </w:tcPr>
          <w:p w14:paraId="0D87100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기간</w:t>
            </w:r>
            <w:r>
              <w:rPr>
                <w:rFonts w:ascii="NanumGothic" w:hAnsi="NanumGothic"/>
                <w:b/>
              </w:rPr>
              <w:t>(</w:t>
            </w:r>
            <w:r>
              <w:rPr>
                <w:rFonts w:ascii="NanumGothic" w:hAnsi="NanumGothic"/>
                <w:b/>
              </w:rPr>
              <w:t>년</w:t>
            </w:r>
            <w:r>
              <w:rPr>
                <w:rFonts w:ascii="NanumGothic" w:hAnsi="NanumGothic"/>
                <w:b/>
              </w:rPr>
              <w:t>/</w:t>
            </w:r>
            <w:r>
              <w:rPr>
                <w:rFonts w:ascii="NanumGothic" w:hAnsi="NanumGothic"/>
                <w:b/>
              </w:rPr>
              <w:t>월</w:t>
            </w:r>
            <w:r>
              <w:rPr>
                <w:rFonts w:ascii="NanumGothic" w:hAnsi="NanumGothic"/>
                <w:b/>
              </w:rPr>
              <w:t>)</w:t>
            </w:r>
          </w:p>
        </w:tc>
        <w:tc>
          <w:tcPr>
            <w:tcW w:w="1984" w:type="dxa"/>
            <w:shd w:val="clear" w:color="auto" w:fill="EDEDED"/>
            <w:vAlign w:val="center"/>
          </w:tcPr>
          <w:p w14:paraId="117F4AD1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출신교</w:t>
            </w:r>
            <w:r>
              <w:rPr>
                <w:rFonts w:ascii="NanumGothic" w:hAnsi="NanumGothic"/>
                <w:b/>
              </w:rPr>
              <w:t>(</w:t>
            </w:r>
            <w:r>
              <w:rPr>
                <w:rFonts w:ascii="NanumGothic" w:hAnsi="NanumGothic"/>
                <w:b/>
              </w:rPr>
              <w:t>국가</w:t>
            </w:r>
            <w:r>
              <w:rPr>
                <w:rFonts w:ascii="NanumGothic" w:hAnsi="NanumGothic"/>
                <w:b/>
              </w:rPr>
              <w:t>)</w:t>
            </w:r>
          </w:p>
        </w:tc>
        <w:tc>
          <w:tcPr>
            <w:tcW w:w="1984" w:type="dxa"/>
            <w:shd w:val="clear" w:color="auto" w:fill="EDEDED"/>
            <w:vAlign w:val="center"/>
          </w:tcPr>
          <w:p w14:paraId="5B65FF14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계열</w:t>
            </w:r>
            <w:r>
              <w:rPr>
                <w:rFonts w:ascii="NanumGothic" w:hAnsi="NanumGothic"/>
                <w:b/>
              </w:rPr>
              <w:t xml:space="preserve"> </w:t>
            </w:r>
            <w:r>
              <w:rPr>
                <w:rFonts w:ascii="NanumGothic" w:hAnsi="NanumGothic"/>
                <w:b/>
              </w:rPr>
              <w:t>및</w:t>
            </w:r>
            <w:r>
              <w:rPr>
                <w:rFonts w:ascii="NanumGothic" w:hAnsi="NanumGothic"/>
                <w:b/>
              </w:rPr>
              <w:t xml:space="preserve"> </w:t>
            </w:r>
            <w:r>
              <w:rPr>
                <w:rFonts w:ascii="NanumGothic" w:hAnsi="NanumGothic"/>
                <w:b/>
              </w:rPr>
              <w:t>학과</w:t>
            </w:r>
          </w:p>
        </w:tc>
        <w:tc>
          <w:tcPr>
            <w:tcW w:w="1106" w:type="dxa"/>
            <w:shd w:val="clear" w:color="auto" w:fill="EDEDED"/>
            <w:vAlign w:val="center"/>
          </w:tcPr>
          <w:p w14:paraId="72F7833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졸업구분</w:t>
            </w:r>
          </w:p>
        </w:tc>
        <w:tc>
          <w:tcPr>
            <w:tcW w:w="879" w:type="dxa"/>
            <w:shd w:val="clear" w:color="auto" w:fill="EDEDED"/>
            <w:vAlign w:val="center"/>
          </w:tcPr>
          <w:p w14:paraId="1C71FD3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소재</w:t>
            </w:r>
          </w:p>
        </w:tc>
        <w:tc>
          <w:tcPr>
            <w:tcW w:w="709" w:type="dxa"/>
            <w:shd w:val="clear" w:color="auto" w:fill="EDEDED"/>
            <w:vAlign w:val="center"/>
          </w:tcPr>
          <w:p w14:paraId="5C0B38C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주야</w:t>
            </w:r>
          </w:p>
        </w:tc>
        <w:tc>
          <w:tcPr>
            <w:tcW w:w="1071" w:type="dxa"/>
            <w:shd w:val="clear" w:color="auto" w:fill="EDEDED"/>
            <w:vAlign w:val="center"/>
          </w:tcPr>
          <w:p w14:paraId="358D634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학점</w:t>
            </w:r>
          </w:p>
        </w:tc>
      </w:tr>
      <w:tr w:rsidR="00BB4F21" w14:paraId="26F46B01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2236D251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고등학교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졸업</w:t>
            </w:r>
          </w:p>
        </w:tc>
        <w:tc>
          <w:tcPr>
            <w:tcW w:w="1531" w:type="dxa"/>
            <w:vAlign w:val="center"/>
          </w:tcPr>
          <w:p w14:paraId="2C2F3CED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B411F39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C57A059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48AF83F2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1065C072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A948D9D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20097C5B" w14:textId="77777777" w:rsidR="00BB4F21" w:rsidRDefault="00BB4F21">
            <w:pPr>
              <w:jc w:val="center"/>
            </w:pPr>
          </w:p>
        </w:tc>
      </w:tr>
      <w:tr w:rsidR="00BB4F21" w14:paraId="459C0B4B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09B9C4D5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전문대학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졸업</w:t>
            </w:r>
          </w:p>
        </w:tc>
        <w:tc>
          <w:tcPr>
            <w:tcW w:w="1531" w:type="dxa"/>
            <w:vAlign w:val="center"/>
          </w:tcPr>
          <w:p w14:paraId="36C0CD16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D889731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C1CF03F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1D395244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3B15C914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4DCFDDF4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3A82C3BD" w14:textId="77777777" w:rsidR="00BB4F21" w:rsidRDefault="00BB4F21">
            <w:pPr>
              <w:jc w:val="center"/>
            </w:pPr>
          </w:p>
        </w:tc>
      </w:tr>
      <w:tr w:rsidR="00BB4F21" w14:paraId="252B1BB2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0E6A09BA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대학교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입학</w:t>
            </w:r>
          </w:p>
        </w:tc>
        <w:tc>
          <w:tcPr>
            <w:tcW w:w="1531" w:type="dxa"/>
            <w:vAlign w:val="center"/>
          </w:tcPr>
          <w:p w14:paraId="1503D101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E75E230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B732893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2BE860C7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0CD56FD0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732F36E8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755A52E5" w14:textId="77777777" w:rsidR="00BB4F21" w:rsidRDefault="00BB4F21">
            <w:pPr>
              <w:jc w:val="center"/>
            </w:pPr>
          </w:p>
        </w:tc>
      </w:tr>
      <w:tr w:rsidR="00BB4F21" w14:paraId="1CF400F9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01D242ED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대학교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편입</w:t>
            </w:r>
          </w:p>
        </w:tc>
        <w:tc>
          <w:tcPr>
            <w:tcW w:w="1531" w:type="dxa"/>
            <w:vAlign w:val="center"/>
          </w:tcPr>
          <w:p w14:paraId="7A5E279B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9225748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57B13D7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5DB4D8CC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7DEE0510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F4539CA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0DC6C158" w14:textId="77777777" w:rsidR="00BB4F21" w:rsidRDefault="00BB4F21">
            <w:pPr>
              <w:jc w:val="center"/>
            </w:pPr>
          </w:p>
        </w:tc>
      </w:tr>
      <w:tr w:rsidR="00BB4F21" w14:paraId="68EED3AA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57D6062E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대학교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졸업</w:t>
            </w:r>
          </w:p>
        </w:tc>
        <w:tc>
          <w:tcPr>
            <w:tcW w:w="1531" w:type="dxa"/>
            <w:vAlign w:val="center"/>
          </w:tcPr>
          <w:p w14:paraId="48B7F59E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4567F3F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55C6D5B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15DBEAE4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30CEF476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0E851F39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240B84B5" w14:textId="77777777" w:rsidR="00BB4F21" w:rsidRDefault="00BB4F21">
            <w:pPr>
              <w:jc w:val="center"/>
            </w:pPr>
          </w:p>
        </w:tc>
      </w:tr>
      <w:tr w:rsidR="00BB4F21" w14:paraId="10503B68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2D3B1EA4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대학원</w:t>
            </w:r>
            <w:r>
              <w:rPr>
                <w:rFonts w:ascii="NanumGothic" w:hAnsi="NanumGothic"/>
              </w:rPr>
              <w:t xml:space="preserve"> </w:t>
            </w:r>
            <w:r>
              <w:rPr>
                <w:rFonts w:ascii="NanumGothic" w:hAnsi="NanumGothic"/>
              </w:rPr>
              <w:t>졸업</w:t>
            </w:r>
          </w:p>
        </w:tc>
        <w:tc>
          <w:tcPr>
            <w:tcW w:w="1531" w:type="dxa"/>
            <w:vAlign w:val="center"/>
          </w:tcPr>
          <w:p w14:paraId="5013330C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B9A396A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6995A1F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34231D19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422006A6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61ABDB7B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190FDAF9" w14:textId="77777777" w:rsidR="00BB4F21" w:rsidRDefault="00BB4F21">
            <w:pPr>
              <w:jc w:val="center"/>
            </w:pPr>
          </w:p>
        </w:tc>
      </w:tr>
      <w:tr w:rsidR="00BB4F21" w14:paraId="6AA0E038" w14:textId="77777777">
        <w:trPr>
          <w:cantSplit/>
          <w:trHeight w:val="285"/>
          <w:jc w:val="center"/>
        </w:trPr>
        <w:tc>
          <w:tcPr>
            <w:tcW w:w="1502" w:type="dxa"/>
            <w:shd w:val="clear" w:color="auto" w:fill="EDEDED"/>
            <w:vAlign w:val="center"/>
          </w:tcPr>
          <w:p w14:paraId="7103BA0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자격면허</w:t>
            </w:r>
          </w:p>
        </w:tc>
        <w:tc>
          <w:tcPr>
            <w:tcW w:w="9264" w:type="dxa"/>
            <w:gridSpan w:val="7"/>
            <w:vAlign w:val="center"/>
          </w:tcPr>
          <w:p w14:paraId="37058A8C" w14:textId="77777777" w:rsidR="00BB4F21" w:rsidRDefault="00BB4F21">
            <w:pPr>
              <w:jc w:val="center"/>
            </w:pPr>
          </w:p>
        </w:tc>
      </w:tr>
    </w:tbl>
    <w:p w14:paraId="38C6A97F" w14:textId="77777777" w:rsidR="00BB4F21" w:rsidRDefault="0002723F">
      <w:pPr>
        <w:pStyle w:val="1"/>
        <w:spacing w:before="100" w:after="60"/>
      </w:pPr>
      <w:r>
        <w:rPr>
          <w:sz w:val="20"/>
        </w:rPr>
        <w:t>어학능력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822"/>
        <w:gridCol w:w="1389"/>
        <w:gridCol w:w="680"/>
        <w:gridCol w:w="1106"/>
        <w:gridCol w:w="680"/>
        <w:gridCol w:w="706"/>
        <w:gridCol w:w="822"/>
        <w:gridCol w:w="1389"/>
        <w:gridCol w:w="680"/>
        <w:gridCol w:w="1106"/>
        <w:gridCol w:w="680"/>
        <w:gridCol w:w="706"/>
      </w:tblGrid>
      <w:tr w:rsidR="00BB4F21" w14:paraId="69E8AF63" w14:textId="77777777">
        <w:trPr>
          <w:cantSplit/>
          <w:trHeight w:val="293"/>
          <w:jc w:val="center"/>
        </w:trPr>
        <w:tc>
          <w:tcPr>
            <w:tcW w:w="822" w:type="dxa"/>
            <w:shd w:val="clear" w:color="auto" w:fill="EDEDED"/>
            <w:vAlign w:val="center"/>
          </w:tcPr>
          <w:p w14:paraId="38614F3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0828E845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2463592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125F64CA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70AA616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53670228" w14:textId="77777777" w:rsidR="00BB4F21" w:rsidRDefault="00BB4F21">
            <w:pPr>
              <w:jc w:val="center"/>
            </w:pPr>
          </w:p>
        </w:tc>
        <w:tc>
          <w:tcPr>
            <w:tcW w:w="822" w:type="dxa"/>
            <w:shd w:val="clear" w:color="auto" w:fill="EDEDED"/>
            <w:vAlign w:val="center"/>
          </w:tcPr>
          <w:p w14:paraId="31CAA7A7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468E7374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61F01569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5272490A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0568F40E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26677463" w14:textId="77777777" w:rsidR="00BB4F21" w:rsidRDefault="00BB4F21">
            <w:pPr>
              <w:jc w:val="center"/>
            </w:pPr>
          </w:p>
        </w:tc>
      </w:tr>
      <w:tr w:rsidR="00BB4F21" w14:paraId="373FEEC3" w14:textId="77777777">
        <w:trPr>
          <w:cantSplit/>
          <w:trHeight w:val="293"/>
          <w:jc w:val="center"/>
        </w:trPr>
        <w:tc>
          <w:tcPr>
            <w:tcW w:w="822" w:type="dxa"/>
            <w:shd w:val="clear" w:color="auto" w:fill="EDEDED"/>
            <w:vAlign w:val="center"/>
          </w:tcPr>
          <w:p w14:paraId="1E9D565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1506E8C2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451C0C14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60083E8B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37544E30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38484C4C" w14:textId="77777777" w:rsidR="00BB4F21" w:rsidRDefault="00BB4F21">
            <w:pPr>
              <w:jc w:val="center"/>
            </w:pPr>
          </w:p>
        </w:tc>
        <w:tc>
          <w:tcPr>
            <w:tcW w:w="822" w:type="dxa"/>
            <w:shd w:val="clear" w:color="auto" w:fill="EDEDED"/>
            <w:vAlign w:val="center"/>
          </w:tcPr>
          <w:p w14:paraId="48A3D6A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506F873C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61A3E136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6703BB58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1536F9E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791F0CEE" w14:textId="77777777" w:rsidR="00BB4F21" w:rsidRDefault="00BB4F21">
            <w:pPr>
              <w:jc w:val="center"/>
            </w:pPr>
          </w:p>
        </w:tc>
      </w:tr>
    </w:tbl>
    <w:p w14:paraId="2AB782B0" w14:textId="77777777" w:rsidR="00BB4F21" w:rsidRDefault="0002723F">
      <w:pPr>
        <w:pStyle w:val="1"/>
        <w:spacing w:before="100" w:after="60"/>
      </w:pPr>
      <w:r>
        <w:rPr>
          <w:sz w:val="20"/>
        </w:rPr>
        <w:t>경력사항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502"/>
        <w:gridCol w:w="596"/>
        <w:gridCol w:w="2324"/>
        <w:gridCol w:w="1304"/>
        <w:gridCol w:w="2835"/>
        <w:gridCol w:w="2205"/>
      </w:tblGrid>
      <w:tr w:rsidR="00BB4F21" w14:paraId="2AB6B4E3" w14:textId="77777777">
        <w:trPr>
          <w:cantSplit/>
          <w:trHeight w:val="302"/>
          <w:jc w:val="center"/>
        </w:trPr>
        <w:tc>
          <w:tcPr>
            <w:tcW w:w="2098" w:type="dxa"/>
            <w:gridSpan w:val="2"/>
            <w:shd w:val="clear" w:color="auto" w:fill="EDEDED"/>
            <w:vAlign w:val="center"/>
          </w:tcPr>
          <w:p w14:paraId="5D1D573A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기간</w:t>
            </w:r>
            <w:r>
              <w:rPr>
                <w:rFonts w:ascii="NanumGothic" w:hAnsi="NanumGothic"/>
                <w:b/>
              </w:rPr>
              <w:t>(</w:t>
            </w:r>
            <w:r>
              <w:rPr>
                <w:rFonts w:ascii="NanumGothic" w:hAnsi="NanumGothic"/>
                <w:b/>
              </w:rPr>
              <w:t>년</w:t>
            </w:r>
            <w:r>
              <w:rPr>
                <w:rFonts w:ascii="NanumGothic" w:hAnsi="NanumGothic"/>
                <w:b/>
              </w:rPr>
              <w:t>/</w:t>
            </w:r>
            <w:r>
              <w:rPr>
                <w:rFonts w:ascii="NanumGothic" w:hAnsi="NanumGothic"/>
                <w:b/>
              </w:rPr>
              <w:t>월</w:t>
            </w:r>
            <w:r>
              <w:rPr>
                <w:rFonts w:ascii="NanumGothic" w:hAnsi="NanumGothic"/>
                <w:b/>
              </w:rPr>
              <w:t>)</w:t>
            </w:r>
          </w:p>
        </w:tc>
        <w:tc>
          <w:tcPr>
            <w:tcW w:w="2324" w:type="dxa"/>
            <w:shd w:val="clear" w:color="auto" w:fill="EDEDED"/>
            <w:vAlign w:val="center"/>
          </w:tcPr>
          <w:p w14:paraId="49A83C3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직장명</w:t>
            </w:r>
          </w:p>
        </w:tc>
        <w:tc>
          <w:tcPr>
            <w:tcW w:w="1304" w:type="dxa"/>
            <w:shd w:val="clear" w:color="auto" w:fill="EDEDED"/>
            <w:vAlign w:val="center"/>
          </w:tcPr>
          <w:p w14:paraId="561BC6C7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직위</w:t>
            </w:r>
          </w:p>
        </w:tc>
        <w:tc>
          <w:tcPr>
            <w:tcW w:w="2835" w:type="dxa"/>
            <w:shd w:val="clear" w:color="auto" w:fill="EDEDED"/>
            <w:vAlign w:val="center"/>
          </w:tcPr>
          <w:p w14:paraId="02A5993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담당업무</w:t>
            </w:r>
          </w:p>
        </w:tc>
        <w:tc>
          <w:tcPr>
            <w:tcW w:w="2205" w:type="dxa"/>
            <w:shd w:val="clear" w:color="auto" w:fill="EDEDED"/>
            <w:vAlign w:val="center"/>
          </w:tcPr>
          <w:p w14:paraId="25F45D94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퇴사사유</w:t>
            </w:r>
          </w:p>
        </w:tc>
      </w:tr>
      <w:tr w:rsidR="00BB4F21" w14:paraId="3456DA83" w14:textId="77777777">
        <w:trPr>
          <w:cantSplit/>
          <w:trHeight w:val="302"/>
          <w:jc w:val="center"/>
        </w:trPr>
        <w:tc>
          <w:tcPr>
            <w:tcW w:w="2098" w:type="dxa"/>
            <w:gridSpan w:val="2"/>
            <w:vAlign w:val="center"/>
          </w:tcPr>
          <w:p w14:paraId="3E4622D6" w14:textId="77777777" w:rsidR="00BB4F21" w:rsidRDefault="00BB4F2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3B33254" w14:textId="77777777" w:rsidR="00BB4F21" w:rsidRDefault="00BB4F21">
            <w:pPr>
              <w:jc w:val="center"/>
            </w:pPr>
          </w:p>
        </w:tc>
        <w:tc>
          <w:tcPr>
            <w:tcW w:w="1304" w:type="dxa"/>
            <w:vAlign w:val="center"/>
          </w:tcPr>
          <w:p w14:paraId="2C9E780A" w14:textId="77777777" w:rsidR="00BB4F21" w:rsidRDefault="00BB4F2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66FE1F6" w14:textId="77777777" w:rsidR="00BB4F21" w:rsidRDefault="00BB4F21">
            <w:pPr>
              <w:jc w:val="center"/>
            </w:pPr>
          </w:p>
        </w:tc>
        <w:tc>
          <w:tcPr>
            <w:tcW w:w="2205" w:type="dxa"/>
            <w:vAlign w:val="center"/>
          </w:tcPr>
          <w:p w14:paraId="1D3C7B67" w14:textId="77777777" w:rsidR="00BB4F21" w:rsidRDefault="00BB4F21">
            <w:pPr>
              <w:jc w:val="center"/>
            </w:pPr>
          </w:p>
        </w:tc>
      </w:tr>
      <w:tr w:rsidR="00BB4F21" w14:paraId="6393E5CE" w14:textId="77777777">
        <w:trPr>
          <w:cantSplit/>
          <w:trHeight w:val="302"/>
          <w:jc w:val="center"/>
        </w:trPr>
        <w:tc>
          <w:tcPr>
            <w:tcW w:w="2098" w:type="dxa"/>
            <w:gridSpan w:val="2"/>
            <w:vAlign w:val="center"/>
          </w:tcPr>
          <w:p w14:paraId="0309A0FF" w14:textId="77777777" w:rsidR="00BB4F21" w:rsidRDefault="00BB4F2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371FC1A" w14:textId="77777777" w:rsidR="00BB4F21" w:rsidRDefault="00BB4F21">
            <w:pPr>
              <w:jc w:val="center"/>
            </w:pPr>
          </w:p>
        </w:tc>
        <w:tc>
          <w:tcPr>
            <w:tcW w:w="1304" w:type="dxa"/>
            <w:vAlign w:val="center"/>
          </w:tcPr>
          <w:p w14:paraId="66E14464" w14:textId="77777777" w:rsidR="00BB4F21" w:rsidRDefault="00BB4F2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B09A417" w14:textId="77777777" w:rsidR="00BB4F21" w:rsidRDefault="00BB4F21">
            <w:pPr>
              <w:jc w:val="center"/>
            </w:pPr>
          </w:p>
        </w:tc>
        <w:tc>
          <w:tcPr>
            <w:tcW w:w="2205" w:type="dxa"/>
            <w:vAlign w:val="center"/>
          </w:tcPr>
          <w:p w14:paraId="6BE8F88B" w14:textId="77777777" w:rsidR="00BB4F21" w:rsidRDefault="00BB4F21">
            <w:pPr>
              <w:jc w:val="center"/>
            </w:pPr>
          </w:p>
        </w:tc>
      </w:tr>
      <w:tr w:rsidR="00BB4F21" w14:paraId="135F4A56" w14:textId="77777777">
        <w:trPr>
          <w:cantSplit/>
          <w:trHeight w:val="289"/>
          <w:jc w:val="center"/>
        </w:trPr>
        <w:tc>
          <w:tcPr>
            <w:tcW w:w="1502" w:type="dxa"/>
            <w:shd w:val="clear" w:color="auto" w:fill="EDEDED"/>
            <w:vAlign w:val="center"/>
          </w:tcPr>
          <w:p w14:paraId="3BE3ECA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경력기술서</w:t>
            </w:r>
          </w:p>
        </w:tc>
        <w:tc>
          <w:tcPr>
            <w:tcW w:w="9264" w:type="dxa"/>
            <w:gridSpan w:val="5"/>
            <w:vAlign w:val="center"/>
          </w:tcPr>
          <w:p w14:paraId="31FB5E59" w14:textId="77777777" w:rsidR="00BB4F21" w:rsidRDefault="00BB4F21">
            <w:pPr>
              <w:jc w:val="center"/>
            </w:pPr>
          </w:p>
        </w:tc>
      </w:tr>
    </w:tbl>
    <w:p w14:paraId="49B37C17" w14:textId="77777777" w:rsidR="00BB4F21" w:rsidRDefault="0002723F">
      <w:pPr>
        <w:pStyle w:val="1"/>
        <w:spacing w:before="100" w:after="60"/>
      </w:pPr>
      <w:r>
        <w:rPr>
          <w:sz w:val="20"/>
        </w:rPr>
        <w:t>병역</w:t>
      </w:r>
      <w:r>
        <w:rPr>
          <w:sz w:val="20"/>
        </w:rPr>
        <w:t xml:space="preserve"> </w:t>
      </w:r>
      <w:r>
        <w:rPr>
          <w:sz w:val="20"/>
        </w:rPr>
        <w:t>및</w:t>
      </w:r>
      <w:r>
        <w:rPr>
          <w:sz w:val="20"/>
        </w:rPr>
        <w:t xml:space="preserve"> </w:t>
      </w:r>
      <w:r>
        <w:rPr>
          <w:sz w:val="20"/>
        </w:rPr>
        <w:t>신체사항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162"/>
        <w:gridCol w:w="2426"/>
        <w:gridCol w:w="437"/>
        <w:gridCol w:w="725"/>
        <w:gridCol w:w="40"/>
        <w:gridCol w:w="1361"/>
        <w:gridCol w:w="765"/>
        <w:gridCol w:w="260"/>
        <w:gridCol w:w="1101"/>
        <w:gridCol w:w="61"/>
        <w:gridCol w:w="704"/>
        <w:gridCol w:w="1723"/>
      </w:tblGrid>
      <w:tr w:rsidR="00BB4F21" w14:paraId="4DAB420A" w14:textId="77777777">
        <w:trPr>
          <w:cantSplit/>
          <w:trHeight w:val="281"/>
          <w:jc w:val="center"/>
        </w:trPr>
        <w:tc>
          <w:tcPr>
            <w:tcW w:w="1162" w:type="dxa"/>
            <w:shd w:val="clear" w:color="auto" w:fill="EDEDED"/>
            <w:vAlign w:val="center"/>
          </w:tcPr>
          <w:p w14:paraId="05AC56B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군필여부</w:t>
            </w:r>
          </w:p>
        </w:tc>
        <w:tc>
          <w:tcPr>
            <w:tcW w:w="2426" w:type="dxa"/>
            <w:vAlign w:val="center"/>
          </w:tcPr>
          <w:p w14:paraId="3F86CA6C" w14:textId="77777777" w:rsidR="00BB4F21" w:rsidRDefault="00BB4F21">
            <w:pPr>
              <w:jc w:val="center"/>
            </w:pPr>
          </w:p>
        </w:tc>
        <w:tc>
          <w:tcPr>
            <w:tcW w:w="1162" w:type="dxa"/>
            <w:gridSpan w:val="2"/>
            <w:shd w:val="clear" w:color="auto" w:fill="EDEDED"/>
            <w:vAlign w:val="center"/>
          </w:tcPr>
          <w:p w14:paraId="3110705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전역사유</w:t>
            </w:r>
          </w:p>
        </w:tc>
        <w:tc>
          <w:tcPr>
            <w:tcW w:w="2426" w:type="dxa"/>
            <w:gridSpan w:val="4"/>
            <w:vAlign w:val="center"/>
          </w:tcPr>
          <w:p w14:paraId="5EB1C085" w14:textId="77777777" w:rsidR="00BB4F21" w:rsidRDefault="00BB4F21">
            <w:pPr>
              <w:jc w:val="center"/>
            </w:pPr>
          </w:p>
        </w:tc>
        <w:tc>
          <w:tcPr>
            <w:tcW w:w="1162" w:type="dxa"/>
            <w:gridSpan w:val="2"/>
            <w:shd w:val="clear" w:color="auto" w:fill="EDEDED"/>
            <w:vAlign w:val="center"/>
          </w:tcPr>
          <w:p w14:paraId="64339A2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면제사유</w:t>
            </w:r>
          </w:p>
        </w:tc>
        <w:tc>
          <w:tcPr>
            <w:tcW w:w="2426" w:type="dxa"/>
            <w:gridSpan w:val="2"/>
            <w:vAlign w:val="center"/>
          </w:tcPr>
          <w:p w14:paraId="2AAD192B" w14:textId="77777777" w:rsidR="00BB4F21" w:rsidRDefault="00BB4F21">
            <w:pPr>
              <w:jc w:val="center"/>
            </w:pPr>
          </w:p>
        </w:tc>
      </w:tr>
      <w:tr w:rsidR="00BB4F21" w14:paraId="4113F505" w14:textId="77777777">
        <w:trPr>
          <w:cantSplit/>
          <w:trHeight w:val="281"/>
          <w:jc w:val="center"/>
        </w:trPr>
        <w:tc>
          <w:tcPr>
            <w:tcW w:w="1162" w:type="dxa"/>
            <w:shd w:val="clear" w:color="auto" w:fill="EDEDED"/>
            <w:vAlign w:val="center"/>
          </w:tcPr>
          <w:p w14:paraId="3E11550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복무기간</w:t>
            </w:r>
          </w:p>
        </w:tc>
        <w:tc>
          <w:tcPr>
            <w:tcW w:w="2863" w:type="dxa"/>
            <w:gridSpan w:val="2"/>
            <w:vAlign w:val="center"/>
          </w:tcPr>
          <w:p w14:paraId="39F877EA" w14:textId="77777777" w:rsidR="00BB4F21" w:rsidRDefault="00BB4F21">
            <w:pPr>
              <w:jc w:val="center"/>
            </w:pPr>
          </w:p>
        </w:tc>
        <w:tc>
          <w:tcPr>
            <w:tcW w:w="765" w:type="dxa"/>
            <w:gridSpan w:val="2"/>
            <w:shd w:val="clear" w:color="auto" w:fill="EDEDED"/>
            <w:vAlign w:val="center"/>
          </w:tcPr>
          <w:p w14:paraId="0C1D1B96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군별</w:t>
            </w:r>
          </w:p>
        </w:tc>
        <w:tc>
          <w:tcPr>
            <w:tcW w:w="1361" w:type="dxa"/>
            <w:vAlign w:val="center"/>
          </w:tcPr>
          <w:p w14:paraId="53B7F938" w14:textId="77777777" w:rsidR="00BB4F21" w:rsidRDefault="00BB4F21">
            <w:pPr>
              <w:jc w:val="center"/>
            </w:pPr>
          </w:p>
        </w:tc>
        <w:tc>
          <w:tcPr>
            <w:tcW w:w="765" w:type="dxa"/>
            <w:shd w:val="clear" w:color="auto" w:fill="EDEDED"/>
            <w:vAlign w:val="center"/>
          </w:tcPr>
          <w:p w14:paraId="53E0CE3B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계급</w:t>
            </w:r>
          </w:p>
        </w:tc>
        <w:tc>
          <w:tcPr>
            <w:tcW w:w="1361" w:type="dxa"/>
            <w:gridSpan w:val="2"/>
            <w:vAlign w:val="center"/>
          </w:tcPr>
          <w:p w14:paraId="7254950F" w14:textId="77777777" w:rsidR="00BB4F21" w:rsidRDefault="00BB4F21">
            <w:pPr>
              <w:jc w:val="center"/>
            </w:pPr>
          </w:p>
        </w:tc>
        <w:tc>
          <w:tcPr>
            <w:tcW w:w="765" w:type="dxa"/>
            <w:gridSpan w:val="2"/>
            <w:shd w:val="clear" w:color="auto" w:fill="EDEDED"/>
            <w:vAlign w:val="center"/>
          </w:tcPr>
          <w:p w14:paraId="31E7424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병과</w:t>
            </w:r>
          </w:p>
        </w:tc>
        <w:tc>
          <w:tcPr>
            <w:tcW w:w="1723" w:type="dxa"/>
            <w:vAlign w:val="center"/>
          </w:tcPr>
          <w:p w14:paraId="0FE78CDF" w14:textId="77777777" w:rsidR="00BB4F21" w:rsidRDefault="00BB4F21">
            <w:pPr>
              <w:jc w:val="center"/>
            </w:pPr>
          </w:p>
        </w:tc>
      </w:tr>
    </w:tbl>
    <w:p w14:paraId="35AB8886" w14:textId="77777777" w:rsidR="00BB4F21" w:rsidRDefault="0002723F">
      <w:pPr>
        <w:pStyle w:val="1"/>
        <w:spacing w:before="100" w:after="60"/>
      </w:pPr>
      <w:r>
        <w:rPr>
          <w:sz w:val="20"/>
        </w:rPr>
        <w:t>가족사항</w:t>
      </w:r>
      <w:r>
        <w:rPr>
          <w:sz w:val="20"/>
        </w:rPr>
        <w:t xml:space="preserve"> </w:t>
      </w:r>
      <w:r>
        <w:rPr>
          <w:sz w:val="20"/>
        </w:rPr>
        <w:t>및</w:t>
      </w:r>
      <w:r>
        <w:rPr>
          <w:sz w:val="20"/>
        </w:rPr>
        <w:t xml:space="preserve"> </w:t>
      </w:r>
      <w:r>
        <w:rPr>
          <w:sz w:val="20"/>
        </w:rPr>
        <w:t>기타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134"/>
        <w:gridCol w:w="1814"/>
        <w:gridCol w:w="964"/>
        <w:gridCol w:w="5040"/>
        <w:gridCol w:w="1814"/>
      </w:tblGrid>
      <w:tr w:rsidR="00BB4F21" w14:paraId="36E7FD46" w14:textId="77777777">
        <w:trPr>
          <w:cantSplit/>
          <w:trHeight w:val="285"/>
          <w:jc w:val="center"/>
        </w:trPr>
        <w:tc>
          <w:tcPr>
            <w:tcW w:w="1134" w:type="dxa"/>
            <w:shd w:val="clear" w:color="auto" w:fill="EDEDED"/>
            <w:vAlign w:val="center"/>
          </w:tcPr>
          <w:p w14:paraId="10A15001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관계</w:t>
            </w:r>
          </w:p>
        </w:tc>
        <w:tc>
          <w:tcPr>
            <w:tcW w:w="1814" w:type="dxa"/>
            <w:shd w:val="clear" w:color="auto" w:fill="EDEDED"/>
            <w:vAlign w:val="center"/>
          </w:tcPr>
          <w:p w14:paraId="1786E93E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성명</w:t>
            </w:r>
          </w:p>
        </w:tc>
        <w:tc>
          <w:tcPr>
            <w:tcW w:w="964" w:type="dxa"/>
            <w:shd w:val="clear" w:color="auto" w:fill="EDEDED"/>
            <w:vAlign w:val="center"/>
          </w:tcPr>
          <w:p w14:paraId="2DAEAFD0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연령</w:t>
            </w:r>
          </w:p>
        </w:tc>
        <w:tc>
          <w:tcPr>
            <w:tcW w:w="5040" w:type="dxa"/>
            <w:shd w:val="clear" w:color="auto" w:fill="EDEDED"/>
            <w:vAlign w:val="center"/>
          </w:tcPr>
          <w:p w14:paraId="219B928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근무처</w:t>
            </w:r>
          </w:p>
        </w:tc>
        <w:tc>
          <w:tcPr>
            <w:tcW w:w="1814" w:type="dxa"/>
            <w:shd w:val="clear" w:color="auto" w:fill="EDEDED"/>
            <w:vAlign w:val="center"/>
          </w:tcPr>
          <w:p w14:paraId="6852432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동거여부</w:t>
            </w:r>
          </w:p>
        </w:tc>
      </w:tr>
      <w:tr w:rsidR="00BB4F21" w14:paraId="6549D12C" w14:textId="77777777">
        <w:trPr>
          <w:cantSplit/>
          <w:trHeight w:val="285"/>
          <w:jc w:val="center"/>
        </w:trPr>
        <w:tc>
          <w:tcPr>
            <w:tcW w:w="1134" w:type="dxa"/>
            <w:vAlign w:val="center"/>
          </w:tcPr>
          <w:p w14:paraId="7CEC3DCB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0E0B8D02" w14:textId="77777777" w:rsidR="00BB4F21" w:rsidRDefault="00BB4F21">
            <w:pPr>
              <w:jc w:val="center"/>
            </w:pPr>
          </w:p>
        </w:tc>
        <w:tc>
          <w:tcPr>
            <w:tcW w:w="964" w:type="dxa"/>
            <w:vAlign w:val="center"/>
          </w:tcPr>
          <w:p w14:paraId="6C2D4DBB" w14:textId="77777777" w:rsidR="00BB4F21" w:rsidRDefault="00BB4F21">
            <w:pPr>
              <w:jc w:val="center"/>
            </w:pPr>
          </w:p>
        </w:tc>
        <w:tc>
          <w:tcPr>
            <w:tcW w:w="5040" w:type="dxa"/>
            <w:vAlign w:val="center"/>
          </w:tcPr>
          <w:p w14:paraId="210BEE21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1BB30BE" w14:textId="77777777" w:rsidR="00BB4F21" w:rsidRDefault="00BB4F21">
            <w:pPr>
              <w:jc w:val="center"/>
            </w:pPr>
          </w:p>
        </w:tc>
      </w:tr>
      <w:tr w:rsidR="00BB4F21" w14:paraId="2BA6FD68" w14:textId="77777777">
        <w:trPr>
          <w:cantSplit/>
          <w:trHeight w:val="285"/>
          <w:jc w:val="center"/>
        </w:trPr>
        <w:tc>
          <w:tcPr>
            <w:tcW w:w="1134" w:type="dxa"/>
            <w:vAlign w:val="center"/>
          </w:tcPr>
          <w:p w14:paraId="5BEA7141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C07B682" w14:textId="77777777" w:rsidR="00BB4F21" w:rsidRDefault="00BB4F21">
            <w:pPr>
              <w:jc w:val="center"/>
            </w:pPr>
          </w:p>
        </w:tc>
        <w:tc>
          <w:tcPr>
            <w:tcW w:w="964" w:type="dxa"/>
            <w:vAlign w:val="center"/>
          </w:tcPr>
          <w:p w14:paraId="5EF188A5" w14:textId="77777777" w:rsidR="00BB4F21" w:rsidRDefault="00BB4F21">
            <w:pPr>
              <w:jc w:val="center"/>
            </w:pPr>
          </w:p>
        </w:tc>
        <w:tc>
          <w:tcPr>
            <w:tcW w:w="5040" w:type="dxa"/>
            <w:vAlign w:val="center"/>
          </w:tcPr>
          <w:p w14:paraId="7313FF99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14192BB" w14:textId="77777777" w:rsidR="00BB4F21" w:rsidRDefault="00BB4F21">
            <w:pPr>
              <w:jc w:val="center"/>
            </w:pPr>
          </w:p>
        </w:tc>
      </w:tr>
      <w:tr w:rsidR="00BB4F21" w14:paraId="1CBB18B4" w14:textId="77777777">
        <w:trPr>
          <w:cantSplit/>
          <w:trHeight w:val="285"/>
          <w:jc w:val="center"/>
        </w:trPr>
        <w:tc>
          <w:tcPr>
            <w:tcW w:w="1134" w:type="dxa"/>
            <w:vAlign w:val="center"/>
          </w:tcPr>
          <w:p w14:paraId="405440B8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B43A6AF" w14:textId="77777777" w:rsidR="00BB4F21" w:rsidRDefault="00BB4F21">
            <w:pPr>
              <w:jc w:val="center"/>
            </w:pPr>
          </w:p>
        </w:tc>
        <w:tc>
          <w:tcPr>
            <w:tcW w:w="964" w:type="dxa"/>
            <w:vAlign w:val="center"/>
          </w:tcPr>
          <w:p w14:paraId="6D5E9197" w14:textId="77777777" w:rsidR="00BB4F21" w:rsidRDefault="00BB4F21">
            <w:pPr>
              <w:jc w:val="center"/>
            </w:pPr>
          </w:p>
        </w:tc>
        <w:tc>
          <w:tcPr>
            <w:tcW w:w="5040" w:type="dxa"/>
            <w:vAlign w:val="center"/>
          </w:tcPr>
          <w:p w14:paraId="60043E2C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1DD2029E" w14:textId="77777777" w:rsidR="00BB4F21" w:rsidRDefault="00BB4F21">
            <w:pPr>
              <w:jc w:val="center"/>
            </w:pPr>
          </w:p>
        </w:tc>
      </w:tr>
    </w:tbl>
    <w:p w14:paraId="50AF78CC" w14:textId="77777777" w:rsidR="00BB4F21" w:rsidRDefault="00BB4F21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361"/>
        <w:gridCol w:w="4022"/>
        <w:gridCol w:w="1361"/>
        <w:gridCol w:w="4022"/>
      </w:tblGrid>
      <w:tr w:rsidR="00BB4F21" w14:paraId="733B4D87" w14:textId="77777777">
        <w:trPr>
          <w:cantSplit/>
          <w:trHeight w:val="306"/>
          <w:jc w:val="center"/>
        </w:trPr>
        <w:tc>
          <w:tcPr>
            <w:tcW w:w="1361" w:type="dxa"/>
            <w:shd w:val="clear" w:color="auto" w:fill="EDEDED"/>
            <w:vAlign w:val="center"/>
          </w:tcPr>
          <w:p w14:paraId="76BA07EB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취미</w:t>
            </w:r>
          </w:p>
        </w:tc>
        <w:tc>
          <w:tcPr>
            <w:tcW w:w="4022" w:type="dxa"/>
            <w:vAlign w:val="center"/>
          </w:tcPr>
          <w:p w14:paraId="59CEAC18" w14:textId="77777777" w:rsidR="00BB4F21" w:rsidRDefault="00BB4F21">
            <w:pPr>
              <w:jc w:val="center"/>
            </w:pPr>
          </w:p>
        </w:tc>
        <w:tc>
          <w:tcPr>
            <w:tcW w:w="1361" w:type="dxa"/>
            <w:shd w:val="clear" w:color="auto" w:fill="EDEDED"/>
            <w:vAlign w:val="center"/>
          </w:tcPr>
          <w:p w14:paraId="68ACF9F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특기</w:t>
            </w:r>
          </w:p>
        </w:tc>
        <w:tc>
          <w:tcPr>
            <w:tcW w:w="4022" w:type="dxa"/>
            <w:vAlign w:val="center"/>
          </w:tcPr>
          <w:p w14:paraId="4EFDA1F7" w14:textId="77777777" w:rsidR="00BB4F21" w:rsidRDefault="00BB4F21">
            <w:pPr>
              <w:jc w:val="center"/>
            </w:pPr>
          </w:p>
        </w:tc>
      </w:tr>
    </w:tbl>
    <w:p w14:paraId="282EF1F5" w14:textId="773E6366" w:rsidR="0002723F" w:rsidRDefault="0002723F" w:rsidP="0002723F">
      <w:pPr>
        <w:rPr>
          <w:lang w:eastAsia="ko-KR"/>
        </w:rPr>
      </w:pPr>
      <w:r>
        <w:rPr>
          <w:rFonts w:hint="eastAsia"/>
          <w:lang w:eastAsia="ko-KR"/>
        </w:rPr>
        <w:lastRenderedPageBreak/>
        <w:t>1</w:t>
      </w:r>
      <w:r>
        <w:rPr>
          <w:lang w:eastAsia="ko-KR"/>
        </w:rPr>
        <w:t xml:space="preserve">.  </w:t>
      </w:r>
      <w:r>
        <w:rPr>
          <w:lang w:eastAsia="ko-KR"/>
        </w:rPr>
        <w:t>본인은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유형의</w:t>
      </w:r>
      <w:r>
        <w:rPr>
          <w:lang w:eastAsia="ko-KR"/>
        </w:rPr>
        <w:t xml:space="preserve"> </w:t>
      </w:r>
      <w:r>
        <w:rPr>
          <w:lang w:eastAsia="ko-KR"/>
        </w:rPr>
        <w:t>인재라고</w:t>
      </w:r>
      <w:r>
        <w:rPr>
          <w:lang w:eastAsia="ko-KR"/>
        </w:rPr>
        <w:t xml:space="preserve"> </w:t>
      </w:r>
      <w:r>
        <w:rPr>
          <w:lang w:eastAsia="ko-KR"/>
        </w:rPr>
        <w:t>생각하는지</w:t>
      </w:r>
      <w:r>
        <w:rPr>
          <w:lang w:eastAsia="ko-KR"/>
        </w:rPr>
        <w:t xml:space="preserve"> </w:t>
      </w:r>
      <w:r>
        <w:rPr>
          <w:lang w:eastAsia="ko-KR"/>
        </w:rPr>
        <w:t>구체적</w:t>
      </w:r>
      <w:r>
        <w:rPr>
          <w:lang w:eastAsia="ko-KR"/>
        </w:rPr>
        <w:t xml:space="preserve"> </w:t>
      </w:r>
      <w:r>
        <w:rPr>
          <w:lang w:eastAsia="ko-KR"/>
        </w:rPr>
        <w:t>사례를</w:t>
      </w:r>
      <w:r>
        <w:rPr>
          <w:lang w:eastAsia="ko-KR"/>
        </w:rPr>
        <w:t xml:space="preserve"> </w:t>
      </w:r>
      <w:r>
        <w:rPr>
          <w:lang w:eastAsia="ko-KR"/>
        </w:rPr>
        <w:t>들어</w:t>
      </w:r>
      <w:r>
        <w:rPr>
          <w:lang w:eastAsia="ko-KR"/>
        </w:rPr>
        <w:t xml:space="preserve"> </w:t>
      </w:r>
      <w:r>
        <w:rPr>
          <w:lang w:eastAsia="ko-KR"/>
        </w:rPr>
        <w:t>기술해주십시오</w:t>
      </w:r>
      <w:r>
        <w:rPr>
          <w:lang w:eastAsia="ko-KR"/>
        </w:rPr>
        <w:t>.</w:t>
      </w:r>
      <w:r>
        <w:rPr>
          <w:lang w:eastAsia="ko-KR"/>
        </w:rPr>
        <w:t xml:space="preserve"> [400</w:t>
      </w:r>
      <w:r>
        <w:rPr>
          <w:rFonts w:hint="eastAsia"/>
          <w:lang w:eastAsia="ko-KR"/>
        </w:rPr>
        <w:t>자</w:t>
      </w:r>
      <w:r>
        <w:rPr>
          <w:rFonts w:hint="eastAsia"/>
          <w:lang w:eastAsia="ko-KR"/>
        </w:rPr>
        <w:t>]</w:t>
      </w:r>
    </w:p>
    <w:p w14:paraId="590973A7" w14:textId="77777777" w:rsidR="0002723F" w:rsidRDefault="0002723F" w:rsidP="0002723F">
      <w:pPr>
        <w:rPr>
          <w:lang w:eastAsia="ko-KR"/>
        </w:rPr>
      </w:pPr>
    </w:p>
    <w:p w14:paraId="46835740" w14:textId="77777777" w:rsidR="0002723F" w:rsidRDefault="0002723F" w:rsidP="0002723F">
      <w:pPr>
        <w:rPr>
          <w:lang w:eastAsia="ko-KR"/>
        </w:rPr>
      </w:pPr>
    </w:p>
    <w:p w14:paraId="06EFA228" w14:textId="77777777" w:rsidR="0002723F" w:rsidRDefault="0002723F" w:rsidP="0002723F">
      <w:pPr>
        <w:rPr>
          <w:lang w:eastAsia="ko-KR"/>
        </w:rPr>
      </w:pPr>
    </w:p>
    <w:p w14:paraId="7303CEE3" w14:textId="77777777" w:rsidR="0002723F" w:rsidRDefault="0002723F" w:rsidP="0002723F">
      <w:pPr>
        <w:rPr>
          <w:lang w:eastAsia="ko-KR"/>
        </w:rPr>
      </w:pPr>
    </w:p>
    <w:p w14:paraId="419B69D6" w14:textId="77777777" w:rsidR="0002723F" w:rsidRDefault="0002723F" w:rsidP="0002723F">
      <w:pPr>
        <w:rPr>
          <w:lang w:eastAsia="ko-KR"/>
        </w:rPr>
      </w:pPr>
    </w:p>
    <w:p w14:paraId="3AE4012F" w14:textId="77777777" w:rsidR="0002723F" w:rsidRDefault="0002723F" w:rsidP="0002723F">
      <w:pPr>
        <w:rPr>
          <w:lang w:eastAsia="ko-KR"/>
        </w:rPr>
      </w:pPr>
    </w:p>
    <w:p w14:paraId="32CD7BAC" w14:textId="77777777" w:rsidR="0002723F" w:rsidRDefault="0002723F" w:rsidP="0002723F">
      <w:pPr>
        <w:rPr>
          <w:lang w:eastAsia="ko-KR"/>
        </w:rPr>
      </w:pPr>
    </w:p>
    <w:p w14:paraId="0D00B79E" w14:textId="77777777" w:rsidR="0002723F" w:rsidRDefault="0002723F" w:rsidP="0002723F">
      <w:pPr>
        <w:rPr>
          <w:lang w:eastAsia="ko-KR"/>
        </w:rPr>
      </w:pPr>
    </w:p>
    <w:p w14:paraId="22A659AE" w14:textId="77777777" w:rsidR="0002723F" w:rsidRDefault="0002723F" w:rsidP="0002723F">
      <w:pPr>
        <w:rPr>
          <w:lang w:eastAsia="ko-KR"/>
        </w:rPr>
      </w:pPr>
    </w:p>
    <w:p w14:paraId="26D4EAE2" w14:textId="77777777" w:rsidR="0002723F" w:rsidRDefault="0002723F" w:rsidP="0002723F">
      <w:pPr>
        <w:rPr>
          <w:lang w:eastAsia="ko-KR"/>
        </w:rPr>
      </w:pPr>
    </w:p>
    <w:p w14:paraId="451A3B37" w14:textId="27D70F61" w:rsidR="00000000" w:rsidRDefault="0002723F" w:rsidP="0002723F">
      <w:pPr>
        <w:rPr>
          <w:lang w:eastAsia="ko-KR"/>
        </w:rPr>
      </w:pPr>
      <w:r>
        <w:rPr>
          <w:rFonts w:hint="eastAsia"/>
          <w:lang w:eastAsia="ko-KR"/>
        </w:rPr>
        <w:t>2</w:t>
      </w:r>
      <w:r>
        <w:rPr>
          <w:lang w:eastAsia="ko-KR"/>
        </w:rPr>
        <w:t xml:space="preserve">. </w:t>
      </w:r>
      <w:r>
        <w:rPr>
          <w:lang w:eastAsia="ko-KR"/>
        </w:rPr>
        <w:t>해당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전공을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선택한</w:t>
      </w:r>
      <w:r>
        <w:rPr>
          <w:lang w:eastAsia="ko-KR"/>
        </w:rPr>
        <w:t xml:space="preserve"> </w:t>
      </w:r>
      <w:r>
        <w:rPr>
          <w:lang w:eastAsia="ko-KR"/>
        </w:rPr>
        <w:t>이유와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전공을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살린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본인의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경쟁력은</w:t>
      </w:r>
      <w:r>
        <w:rPr>
          <w:lang w:eastAsia="ko-KR"/>
        </w:rPr>
        <w:t xml:space="preserve"> </w:t>
      </w:r>
      <w:r>
        <w:rPr>
          <w:lang w:eastAsia="ko-KR"/>
        </w:rPr>
        <w:t>무엇인지</w:t>
      </w:r>
      <w:r>
        <w:rPr>
          <w:lang w:eastAsia="ko-KR"/>
        </w:rPr>
        <w:t xml:space="preserve"> </w:t>
      </w:r>
      <w:r>
        <w:rPr>
          <w:lang w:eastAsia="ko-KR"/>
        </w:rPr>
        <w:t>기술해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  <w:r>
        <w:rPr>
          <w:lang w:eastAsia="ko-KR"/>
        </w:rPr>
        <w:t xml:space="preserve"> [400</w:t>
      </w:r>
      <w:r>
        <w:rPr>
          <w:rFonts w:hint="eastAsia"/>
          <w:lang w:eastAsia="ko-KR"/>
        </w:rPr>
        <w:t>자</w:t>
      </w:r>
      <w:r>
        <w:rPr>
          <w:rFonts w:hint="eastAsia"/>
          <w:lang w:eastAsia="ko-KR"/>
        </w:rPr>
        <w:t>]</w:t>
      </w:r>
    </w:p>
    <w:p w14:paraId="5EFB8F20" w14:textId="73AEAE0A" w:rsidR="0002723F" w:rsidRDefault="0002723F" w:rsidP="0002723F">
      <w:pPr>
        <w:rPr>
          <w:lang w:eastAsia="ko-KR"/>
        </w:rPr>
      </w:pPr>
    </w:p>
    <w:p w14:paraId="0F57B9A9" w14:textId="337A3DF8" w:rsidR="0002723F" w:rsidRDefault="0002723F" w:rsidP="0002723F">
      <w:pPr>
        <w:rPr>
          <w:lang w:eastAsia="ko-KR"/>
        </w:rPr>
      </w:pPr>
    </w:p>
    <w:p w14:paraId="73A8280F" w14:textId="1515C6E8" w:rsidR="0002723F" w:rsidRDefault="0002723F" w:rsidP="0002723F">
      <w:pPr>
        <w:rPr>
          <w:lang w:eastAsia="ko-KR"/>
        </w:rPr>
      </w:pPr>
    </w:p>
    <w:p w14:paraId="7F7C64B4" w14:textId="623056F5" w:rsidR="0002723F" w:rsidRDefault="0002723F" w:rsidP="0002723F">
      <w:pPr>
        <w:rPr>
          <w:lang w:eastAsia="ko-KR"/>
        </w:rPr>
      </w:pPr>
    </w:p>
    <w:p w14:paraId="7384E1B9" w14:textId="4BD4658D" w:rsidR="0002723F" w:rsidRDefault="0002723F" w:rsidP="0002723F">
      <w:pPr>
        <w:rPr>
          <w:lang w:eastAsia="ko-KR"/>
        </w:rPr>
      </w:pPr>
    </w:p>
    <w:p w14:paraId="2E48A911" w14:textId="348AB8A9" w:rsidR="0002723F" w:rsidRDefault="0002723F" w:rsidP="0002723F">
      <w:pPr>
        <w:rPr>
          <w:lang w:eastAsia="ko-KR"/>
        </w:rPr>
      </w:pPr>
    </w:p>
    <w:p w14:paraId="48DAE9CF" w14:textId="11488FCE" w:rsidR="0002723F" w:rsidRDefault="0002723F" w:rsidP="0002723F">
      <w:pPr>
        <w:rPr>
          <w:lang w:eastAsia="ko-KR"/>
        </w:rPr>
      </w:pPr>
    </w:p>
    <w:p w14:paraId="27C19101" w14:textId="47E48B8F" w:rsidR="0002723F" w:rsidRDefault="0002723F" w:rsidP="0002723F">
      <w:pPr>
        <w:rPr>
          <w:lang w:eastAsia="ko-KR"/>
        </w:rPr>
      </w:pPr>
    </w:p>
    <w:p w14:paraId="25CACFA2" w14:textId="2F78359E" w:rsidR="0002723F" w:rsidRDefault="0002723F" w:rsidP="0002723F">
      <w:pPr>
        <w:rPr>
          <w:lang w:eastAsia="ko-KR"/>
        </w:rPr>
      </w:pPr>
    </w:p>
    <w:p w14:paraId="31ADC817" w14:textId="77777777" w:rsidR="0002723F" w:rsidRDefault="0002723F" w:rsidP="0002723F">
      <w:pPr>
        <w:rPr>
          <w:rFonts w:hint="eastAsia"/>
          <w:lang w:eastAsia="ko-KR"/>
        </w:rPr>
      </w:pPr>
    </w:p>
    <w:p w14:paraId="4DF89293" w14:textId="0CF656A5" w:rsidR="0002723F" w:rsidRDefault="0002723F" w:rsidP="0002723F">
      <w:pPr>
        <w:rPr>
          <w:lang w:eastAsia="ko-KR"/>
        </w:rPr>
      </w:pPr>
      <w:r>
        <w:rPr>
          <w:rFonts w:hint="eastAsia"/>
          <w:lang w:eastAsia="ko-KR"/>
        </w:rPr>
        <w:t>2</w:t>
      </w:r>
      <w:r>
        <w:rPr>
          <w:lang w:eastAsia="ko-KR"/>
        </w:rPr>
        <w:t xml:space="preserve">. </w:t>
      </w:r>
      <w:r>
        <w:rPr>
          <w:lang w:eastAsia="ko-KR"/>
        </w:rPr>
        <w:t>본인이</w:t>
      </w:r>
      <w:r>
        <w:rPr>
          <w:lang w:eastAsia="ko-KR"/>
        </w:rPr>
        <w:t xml:space="preserve"> </w:t>
      </w:r>
      <w:r>
        <w:rPr>
          <w:lang w:eastAsia="ko-KR"/>
        </w:rPr>
        <w:t>이뤄냈던</w:t>
      </w:r>
      <w:r>
        <w:rPr>
          <w:lang w:eastAsia="ko-KR"/>
        </w:rPr>
        <w:t xml:space="preserve"> </w:t>
      </w:r>
      <w:r>
        <w:rPr>
          <w:lang w:eastAsia="ko-KR"/>
        </w:rPr>
        <w:t>가장</w:t>
      </w:r>
      <w:r>
        <w:rPr>
          <w:lang w:eastAsia="ko-KR"/>
        </w:rPr>
        <w:t xml:space="preserve"> </w:t>
      </w:r>
      <w:r>
        <w:rPr>
          <w:lang w:eastAsia="ko-KR"/>
        </w:rPr>
        <w:t>뛰어난</w:t>
      </w:r>
      <w:r>
        <w:rPr>
          <w:lang w:eastAsia="ko-KR"/>
        </w:rPr>
        <w:t xml:space="preserve"> </w:t>
      </w:r>
      <w:r>
        <w:rPr>
          <w:lang w:eastAsia="ko-KR"/>
        </w:rPr>
        <w:t>성과에</w:t>
      </w:r>
      <w:r>
        <w:rPr>
          <w:lang w:eastAsia="ko-KR"/>
        </w:rPr>
        <w:t xml:space="preserve"> </w:t>
      </w:r>
      <w:r>
        <w:rPr>
          <w:lang w:eastAsia="ko-KR"/>
        </w:rPr>
        <w:t>대해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일을</w:t>
      </w:r>
      <w:r>
        <w:rPr>
          <w:lang w:eastAsia="ko-KR"/>
        </w:rPr>
        <w:t xml:space="preserve"> </w:t>
      </w:r>
      <w:r>
        <w:rPr>
          <w:lang w:eastAsia="ko-KR"/>
        </w:rPr>
        <w:t>시작한</w:t>
      </w:r>
      <w:r>
        <w:rPr>
          <w:lang w:eastAsia="ko-KR"/>
        </w:rPr>
        <w:t xml:space="preserve"> </w:t>
      </w:r>
      <w:r>
        <w:rPr>
          <w:lang w:eastAsia="ko-KR"/>
        </w:rPr>
        <w:t>계기와</w:t>
      </w:r>
      <w:r>
        <w:rPr>
          <w:lang w:eastAsia="ko-KR"/>
        </w:rPr>
        <w:t xml:space="preserve"> </w:t>
      </w:r>
      <w:r>
        <w:rPr>
          <w:lang w:eastAsia="ko-KR"/>
        </w:rPr>
        <w:t>노력과정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구체적인</w:t>
      </w:r>
      <w:r>
        <w:rPr>
          <w:lang w:eastAsia="ko-KR"/>
        </w:rPr>
        <w:t xml:space="preserve"> </w:t>
      </w:r>
      <w:r>
        <w:rPr>
          <w:lang w:eastAsia="ko-KR"/>
        </w:rPr>
        <w:t>성과를</w:t>
      </w:r>
      <w:r>
        <w:rPr>
          <w:lang w:eastAsia="ko-KR"/>
        </w:rPr>
        <w:t xml:space="preserve"> </w:t>
      </w:r>
      <w:r>
        <w:rPr>
          <w:lang w:eastAsia="ko-KR"/>
        </w:rPr>
        <w:t>기술해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  <w:r>
        <w:rPr>
          <w:lang w:eastAsia="ko-KR"/>
        </w:rPr>
        <w:t xml:space="preserve"> </w:t>
      </w:r>
      <w:r>
        <w:t>[400</w:t>
      </w:r>
      <w:r>
        <w:rPr>
          <w:rFonts w:hint="eastAsia"/>
          <w:lang w:eastAsia="ko-KR"/>
        </w:rPr>
        <w:t>자</w:t>
      </w:r>
      <w:r>
        <w:rPr>
          <w:rFonts w:hint="eastAsia"/>
          <w:lang w:eastAsia="ko-KR"/>
        </w:rPr>
        <w:t>]</w:t>
      </w:r>
    </w:p>
    <w:p w14:paraId="61669ED4" w14:textId="38E80F45" w:rsidR="0002723F" w:rsidRDefault="0002723F" w:rsidP="0002723F">
      <w:pPr>
        <w:rPr>
          <w:lang w:eastAsia="ko-KR"/>
        </w:rPr>
      </w:pPr>
    </w:p>
    <w:p w14:paraId="399EA541" w14:textId="16368AA1" w:rsidR="0002723F" w:rsidRDefault="0002723F" w:rsidP="0002723F">
      <w:pPr>
        <w:rPr>
          <w:lang w:eastAsia="ko-KR"/>
        </w:rPr>
      </w:pPr>
    </w:p>
    <w:p w14:paraId="4570F810" w14:textId="19E952C9" w:rsidR="0002723F" w:rsidRDefault="0002723F" w:rsidP="0002723F">
      <w:pPr>
        <w:rPr>
          <w:lang w:eastAsia="ko-KR"/>
        </w:rPr>
      </w:pPr>
    </w:p>
    <w:p w14:paraId="27199BBF" w14:textId="1C78C71B" w:rsidR="0002723F" w:rsidRDefault="0002723F" w:rsidP="0002723F">
      <w:pPr>
        <w:rPr>
          <w:lang w:eastAsia="ko-KR"/>
        </w:rPr>
      </w:pPr>
    </w:p>
    <w:p w14:paraId="607B0CAE" w14:textId="6BA2600D" w:rsidR="0002723F" w:rsidRDefault="0002723F" w:rsidP="0002723F">
      <w:pPr>
        <w:rPr>
          <w:lang w:eastAsia="ko-KR"/>
        </w:rPr>
      </w:pPr>
    </w:p>
    <w:p w14:paraId="4F4BC1B1" w14:textId="28527D97" w:rsidR="0002723F" w:rsidRDefault="0002723F" w:rsidP="0002723F">
      <w:pPr>
        <w:rPr>
          <w:lang w:eastAsia="ko-KR"/>
        </w:rPr>
      </w:pPr>
    </w:p>
    <w:p w14:paraId="7FA8DEF8" w14:textId="0C7EDD7D" w:rsidR="0002723F" w:rsidRDefault="0002723F" w:rsidP="0002723F">
      <w:pPr>
        <w:rPr>
          <w:lang w:eastAsia="ko-KR"/>
        </w:rPr>
      </w:pPr>
    </w:p>
    <w:p w14:paraId="7A03AE97" w14:textId="7A4DE12B" w:rsidR="0002723F" w:rsidRDefault="0002723F" w:rsidP="0002723F">
      <w:pPr>
        <w:rPr>
          <w:lang w:eastAsia="ko-KR"/>
        </w:rPr>
      </w:pPr>
    </w:p>
    <w:p w14:paraId="18C43AD1" w14:textId="72E1DE16" w:rsidR="0002723F" w:rsidRDefault="0002723F" w:rsidP="0002723F">
      <w:pPr>
        <w:rPr>
          <w:lang w:eastAsia="ko-KR"/>
        </w:rPr>
      </w:pPr>
    </w:p>
    <w:p w14:paraId="5E11F9FC" w14:textId="77777777" w:rsidR="0002723F" w:rsidRDefault="0002723F" w:rsidP="0002723F">
      <w:pPr>
        <w:rPr>
          <w:rFonts w:hint="eastAsia"/>
          <w:lang w:eastAsia="ko-KR"/>
        </w:rPr>
      </w:pPr>
    </w:p>
    <w:p w14:paraId="18E125EC" w14:textId="584B10F4" w:rsidR="0002723F" w:rsidRDefault="0002723F" w:rsidP="0002723F">
      <w:pPr>
        <w:rPr>
          <w:lang w:eastAsia="ko-KR"/>
        </w:rPr>
      </w:pPr>
      <w:r>
        <w:rPr>
          <w:rFonts w:hint="eastAsia"/>
          <w:lang w:eastAsia="ko-KR"/>
        </w:rPr>
        <w:t>3</w:t>
      </w:r>
      <w:r>
        <w:rPr>
          <w:lang w:eastAsia="ko-KR"/>
        </w:rPr>
        <w:t xml:space="preserve">. </w:t>
      </w:r>
      <w:r>
        <w:rPr>
          <w:lang w:eastAsia="ko-KR"/>
        </w:rPr>
        <w:t>다른</w:t>
      </w:r>
      <w:r>
        <w:rPr>
          <w:lang w:eastAsia="ko-KR"/>
        </w:rPr>
        <w:t xml:space="preserve"> </w:t>
      </w:r>
      <w:r>
        <w:rPr>
          <w:lang w:eastAsia="ko-KR"/>
        </w:rPr>
        <w:t>사람들과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일을</w:t>
      </w:r>
      <w:r>
        <w:rPr>
          <w:lang w:eastAsia="ko-KR"/>
        </w:rPr>
        <w:t xml:space="preserve"> </w:t>
      </w:r>
      <w:r>
        <w:rPr>
          <w:lang w:eastAsia="ko-KR"/>
        </w:rPr>
        <w:t>할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 </w:t>
      </w:r>
      <w:r>
        <w:rPr>
          <w:lang w:eastAsia="ko-KR"/>
        </w:rPr>
        <w:t>본인이</w:t>
      </w:r>
      <w:r>
        <w:rPr>
          <w:lang w:eastAsia="ko-KR"/>
        </w:rPr>
        <w:t xml:space="preserve"> </w:t>
      </w:r>
      <w:r>
        <w:rPr>
          <w:lang w:eastAsia="ko-KR"/>
        </w:rPr>
        <w:t>지닌</w:t>
      </w:r>
      <w:r>
        <w:rPr>
          <w:lang w:eastAsia="ko-KR"/>
        </w:rPr>
        <w:t xml:space="preserve"> </w:t>
      </w:r>
      <w:r>
        <w:rPr>
          <w:lang w:eastAsia="ko-KR"/>
        </w:rPr>
        <w:t>장점과</w:t>
      </w:r>
      <w:r>
        <w:rPr>
          <w:lang w:eastAsia="ko-KR"/>
        </w:rPr>
        <w:t xml:space="preserve"> </w:t>
      </w:r>
      <w:r>
        <w:rPr>
          <w:lang w:eastAsia="ko-KR"/>
        </w:rPr>
        <w:t>단점에</w:t>
      </w:r>
      <w:r>
        <w:rPr>
          <w:lang w:eastAsia="ko-KR"/>
        </w:rPr>
        <w:t xml:space="preserve"> </w:t>
      </w:r>
      <w:r>
        <w:rPr>
          <w:lang w:eastAsia="ko-KR"/>
        </w:rPr>
        <w:t>대해</w:t>
      </w:r>
      <w:r>
        <w:rPr>
          <w:lang w:eastAsia="ko-KR"/>
        </w:rPr>
        <w:t xml:space="preserve"> </w:t>
      </w:r>
      <w:r>
        <w:rPr>
          <w:lang w:eastAsia="ko-KR"/>
        </w:rPr>
        <w:t>구체적으로</w:t>
      </w:r>
      <w:r>
        <w:rPr>
          <w:lang w:eastAsia="ko-KR"/>
        </w:rPr>
        <w:t xml:space="preserve"> </w:t>
      </w:r>
      <w:r>
        <w:rPr>
          <w:lang w:eastAsia="ko-KR"/>
        </w:rPr>
        <w:t>기술해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  <w:r>
        <w:rPr>
          <w:lang w:eastAsia="ko-KR"/>
        </w:rPr>
        <w:t xml:space="preserve"> </w:t>
      </w:r>
      <w:r>
        <w:t>[400</w:t>
      </w:r>
      <w:r>
        <w:rPr>
          <w:rFonts w:hint="eastAsia"/>
          <w:lang w:eastAsia="ko-KR"/>
        </w:rPr>
        <w:t>자</w:t>
      </w:r>
      <w:r>
        <w:rPr>
          <w:rFonts w:hint="eastAsia"/>
          <w:lang w:eastAsia="ko-KR"/>
        </w:rPr>
        <w:t>]</w:t>
      </w:r>
    </w:p>
    <w:p w14:paraId="52D633BC" w14:textId="7E8B9DFE" w:rsidR="0002723F" w:rsidRDefault="0002723F" w:rsidP="0002723F">
      <w:pPr>
        <w:rPr>
          <w:lang w:eastAsia="ko-KR"/>
        </w:rPr>
      </w:pPr>
    </w:p>
    <w:p w14:paraId="4D390C4A" w14:textId="209945D5" w:rsidR="0002723F" w:rsidRDefault="0002723F" w:rsidP="0002723F">
      <w:pPr>
        <w:rPr>
          <w:lang w:eastAsia="ko-KR"/>
        </w:rPr>
      </w:pPr>
    </w:p>
    <w:p w14:paraId="3318B2C7" w14:textId="558F5130" w:rsidR="0002723F" w:rsidRDefault="0002723F" w:rsidP="0002723F">
      <w:pPr>
        <w:rPr>
          <w:lang w:eastAsia="ko-KR"/>
        </w:rPr>
      </w:pPr>
    </w:p>
    <w:p w14:paraId="762A708E" w14:textId="552CFAC9" w:rsidR="0002723F" w:rsidRDefault="0002723F" w:rsidP="0002723F">
      <w:pPr>
        <w:rPr>
          <w:lang w:eastAsia="ko-KR"/>
        </w:rPr>
      </w:pPr>
    </w:p>
    <w:p w14:paraId="399DCCF5" w14:textId="75CCA7F8" w:rsidR="0002723F" w:rsidRDefault="0002723F" w:rsidP="0002723F">
      <w:pPr>
        <w:rPr>
          <w:lang w:eastAsia="ko-KR"/>
        </w:rPr>
      </w:pPr>
    </w:p>
    <w:p w14:paraId="4754D48C" w14:textId="1C6AD7A7" w:rsidR="0002723F" w:rsidRDefault="0002723F" w:rsidP="0002723F">
      <w:pPr>
        <w:rPr>
          <w:lang w:eastAsia="ko-KR"/>
        </w:rPr>
      </w:pPr>
    </w:p>
    <w:p w14:paraId="49DFDE82" w14:textId="2C680DF3" w:rsidR="0002723F" w:rsidRDefault="0002723F" w:rsidP="0002723F">
      <w:pPr>
        <w:rPr>
          <w:lang w:eastAsia="ko-KR"/>
        </w:rPr>
      </w:pPr>
    </w:p>
    <w:p w14:paraId="2EEBEC42" w14:textId="2BD376AC" w:rsidR="0002723F" w:rsidRDefault="0002723F" w:rsidP="0002723F">
      <w:pPr>
        <w:rPr>
          <w:lang w:eastAsia="ko-KR"/>
        </w:rPr>
      </w:pPr>
    </w:p>
    <w:p w14:paraId="6A7C5E07" w14:textId="40301F90" w:rsidR="0002723F" w:rsidRDefault="0002723F" w:rsidP="0002723F">
      <w:pPr>
        <w:rPr>
          <w:lang w:eastAsia="ko-KR"/>
        </w:rPr>
      </w:pPr>
    </w:p>
    <w:p w14:paraId="1137BC2B" w14:textId="77777777" w:rsidR="0002723F" w:rsidRDefault="0002723F" w:rsidP="0002723F">
      <w:pPr>
        <w:rPr>
          <w:rFonts w:hint="eastAsia"/>
          <w:lang w:eastAsia="ko-KR"/>
        </w:rPr>
      </w:pPr>
    </w:p>
    <w:sectPr w:rsidR="0002723F" w:rsidSect="00034616">
      <w:pgSz w:w="12240" w:h="15840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altName w:val="NanumGothic"/>
    <w:charset w:val="81"/>
    <w:family w:val="auto"/>
    <w:pitch w:val="variable"/>
    <w:sig w:usb0="80000003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23F"/>
    <w:rsid w:val="00034616"/>
    <w:rsid w:val="0006063C"/>
    <w:rsid w:val="0015074B"/>
    <w:rsid w:val="0029639D"/>
    <w:rsid w:val="00326F90"/>
    <w:rsid w:val="00AA1D8D"/>
    <w:rsid w:val="00B47730"/>
    <w:rsid w:val="00BB4F2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F8D2C"/>
  <w14:defaultImageDpi w14:val="300"/>
  <w15:docId w15:val="{F758AAE9-B4A0-43C0-BEF0-2E26FD6A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맑은 고딕" w:eastAsia="NanumGothic" w:hAnsi="맑은 고딕"/>
      <w:color w:val="000000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subject/>
  <dc:creator/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2026-09-29T07:45:00Z</dcterms:modified>
  <cp:category/>
</cp:coreProperties>
</file>